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6"/>
        </w:rPr>
        <w:t>SALE RECEIPT: USED EQUIPMENT</w:t>
      </w:r>
    </w:p>
    <w:p>
      <w:r/>
    </w:p>
    <w:p>
      <w:r>
        <w:t>Receipt number: [2026-001]</w:t>
      </w:r>
    </w:p>
    <w:p>
      <w:r>
        <w:t>Date of issue: [date]</w:t>
      </w:r>
    </w:p>
    <w:p>
      <w:r>
        <w:t>Date of sale and handover: [date]</w:t>
      </w:r>
    </w:p>
    <w:p>
      <w:r>
        <w:t>Place of handover: [address, or "sent to the buyer's address"]</w:t>
      </w:r>
    </w:p>
    <w:p>
      <w:r/>
    </w:p>
    <w:p>
      <w:r/>
    </w:p>
    <w:p>
      <w:r>
        <w:rPr>
          <w:b/>
        </w:rPr>
        <w:t>SELLER</w:t>
      </w:r>
    </w:p>
    <w:p>
      <w:r/>
    </w:p>
    <w:p>
      <w:r>
        <w:t>[Company legal name]</w:t>
      </w:r>
    </w:p>
    <w:p>
      <w:r>
        <w:t>[Company address]</w:t>
      </w:r>
    </w:p>
    <w:p>
      <w:r>
        <w:t>Company number: [organisation or registration number]</w:t>
      </w:r>
    </w:p>
    <w:p>
      <w:r>
        <w:t>VAT number: [VAT or GST number, only if the company is registered]</w:t>
      </w:r>
    </w:p>
    <w:p>
      <w:r/>
    </w:p>
    <w:p>
      <w:r/>
    </w:p>
    <w:p>
      <w:r>
        <w:rPr>
          <w:b/>
        </w:rPr>
        <w:t>BUYER</w:t>
      </w:r>
    </w:p>
    <w:p>
      <w:r/>
    </w:p>
    <w:p>
      <w:r>
        <w:t>[Full name]</w:t>
      </w:r>
    </w:p>
    <w:p>
      <w:r>
        <w:t>[Address]</w:t>
      </w:r>
    </w:p>
    <w:p>
      <w:r>
        <w:t>[ ] The buyer is an employee of the seller</w:t>
      </w:r>
    </w:p>
    <w:p>
      <w:r/>
    </w:p>
    <w:p>
      <w:r/>
    </w:p>
    <w:p>
      <w:r>
        <w:rPr>
          <w:b/>
        </w:rPr>
        <w:t>ITEM</w:t>
      </w:r>
    </w:p>
    <w:p>
      <w:r/>
    </w:p>
    <w:p>
      <w:r>
        <w:t>Description: [make and model, for instance Apple MacBook Air 13" M2, 2022]</w:t>
      </w:r>
    </w:p>
    <w:p>
      <w:r>
        <w:t>Serial number: [serial number]</w:t>
      </w:r>
    </w:p>
    <w:p>
      <w:r>
        <w:t>Asset tag: [asset tag, if any]</w:t>
      </w:r>
    </w:p>
    <w:p>
      <w:r>
        <w:t>Condition: [for instance good, small scratch on the lid, battery health 87%]</w:t>
      </w:r>
    </w:p>
    <w:p>
      <w:r>
        <w:t>Quantity: 1</w:t>
      </w:r>
    </w:p>
    <w:p>
      <w:r/>
    </w:p>
    <w:p>
      <w:r>
        <w:t>The item is sold in its current condition, with no warranty from the seller beyond what the law requires.</w:t>
      </w:r>
    </w:p>
    <w:p>
      <w:r/>
    </w:p>
    <w:p>
      <w:r/>
    </w:p>
    <w:p>
      <w:r>
        <w:rPr>
          <w:b/>
        </w:rPr>
        <w:t>PRICE</w:t>
      </w:r>
    </w:p>
    <w:p>
      <w:r/>
    </w:p>
    <w:p>
      <w:r>
        <w:t>Price: [amount and currency, including VAT if charged]</w:t>
      </w:r>
    </w:p>
    <w:p>
      <w:r/>
    </w:p>
    <w:p>
      <w:r>
        <w:t>If the seller is registered for VAT:</w:t>
      </w:r>
    </w:p>
    <w:p>
      <w:r>
        <w:t>Price before VAT: [amount]</w:t>
      </w:r>
    </w:p>
    <w:p>
      <w:r>
        <w:t>VAT rate: [rate]</w:t>
      </w:r>
    </w:p>
    <w:p>
      <w:r>
        <w:t>VAT: [amount]</w:t>
      </w:r>
    </w:p>
    <w:p>
      <w:r>
        <w:t>Total: [amount]</w:t>
      </w:r>
    </w:p>
    <w:p>
      <w:r/>
    </w:p>
    <w:p>
      <w:r>
        <w:t>If no VAT is charged, the reason: [for instance "VAT exempt: input VAT was not deducted when the item was bought", with the rule that applies]</w:t>
      </w:r>
    </w:p>
    <w:p>
      <w:r/>
    </w:p>
    <w:p>
      <w:r>
        <w:t>Payment method: [for instance bank transfer]</w:t>
      </w:r>
    </w:p>
    <w:p>
      <w:r>
        <w:t>Payment due: [date]</w:t>
      </w:r>
    </w:p>
    <w:p>
      <w:r>
        <w:t>Paid on: [date]</w:t>
      </w:r>
    </w:p>
    <w:p>
      <w:r/>
    </w:p>
    <w:p>
      <w:r>
        <w:t>For a sale to an employee, how the price was set: [for instance average sale price for this model on a named marketplace on a named date]</w:t>
      </w:r>
    </w:p>
    <w:p>
      <w:r/>
    </w:p>
    <w:p>
      <w:r/>
    </w:p>
    <w:p>
      <w:r>
        <w:rPr>
          <w:b/>
        </w:rPr>
        <w:t>DATA AND ACCOUNTS</w:t>
      </w:r>
    </w:p>
    <w:p>
      <w:r/>
    </w:p>
    <w:p>
      <w:r>
        <w:t>The seller has erased the device and removed it from company management (for instance device management, Apple Business Manager and Find My) before handover.</w:t>
      </w:r>
    </w:p>
    <w:p>
      <w:r>
        <w:t>The buyer confirms they received the device erased, with no company accounts on it.</w:t>
      </w:r>
    </w:p>
    <w:p>
      <w:r/>
    </w:p>
    <w:p>
      <w:r/>
    </w:p>
    <w:p>
      <w:r>
        <w:rPr>
          <w:b/>
        </w:rPr>
        <w:t>SIGNATURES</w:t>
      </w:r>
    </w:p>
    <w:p>
      <w:r/>
    </w:p>
    <w:p>
      <w:r>
        <w:t>Seller</w:t>
      </w:r>
    </w:p>
    <w:p>
      <w:r>
        <w:t>Name: ____________________</w:t>
      </w:r>
    </w:p>
    <w:p>
      <w:r>
        <w:t>Signature: ____________________</w:t>
      </w:r>
    </w:p>
    <w:p>
      <w:r>
        <w:t>Date: ____________________</w:t>
      </w:r>
    </w:p>
    <w:p>
      <w:r/>
    </w:p>
    <w:p>
      <w:r>
        <w:t>Buyer</w:t>
      </w:r>
    </w:p>
    <w:p>
      <w:r>
        <w:t>Name: ____________________</w:t>
      </w:r>
    </w:p>
    <w:p>
      <w:r>
        <w:t>Signature: ____________________</w:t>
      </w:r>
    </w:p>
    <w:p>
      <w:r>
        <w:t>Date: 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ourier New" w:hAnsi="Courier New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 Receipt: Used Equipment</dc:title>
  <dc:subject/>
  <dc:creator>AssetJay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