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RETURN OF COMPANY PROPERTY LETTER</w:t>
      </w:r>
    </w:p>
    <w:p>
      <w:r/>
    </w:p>
    <w:p>
      <w:r>
        <w:rPr>
          <w:b/>
        </w:rPr>
        <w:t>LETTER 1: FIRST REQUEST</w:t>
      </w:r>
    </w:p>
    <w:p>
      <w:r/>
    </w:p>
    <w:p>
      <w:r>
        <w:t>[Company Name]</w:t>
      </w:r>
    </w:p>
    <w:p>
      <w:r>
        <w:t>[Company address]</w:t>
      </w:r>
    </w:p>
    <w:p>
      <w:r/>
    </w:p>
    <w:p>
      <w:r>
        <w:t>Date: ______________</w:t>
      </w:r>
    </w:p>
    <w:p>
      <w:r/>
    </w:p>
    <w:p>
      <w:r>
        <w:t>To: [Employee name]</w:t>
      </w:r>
    </w:p>
    <w:p>
      <w:r>
        <w:t>[Employee address]</w:t>
      </w:r>
    </w:p>
    <w:p>
      <w:r/>
    </w:p>
    <w:p>
      <w:r>
        <w:t>Re: Return of company property</w:t>
      </w:r>
    </w:p>
    <w:p>
      <w:r/>
    </w:p>
    <w:p>
      <w:r>
        <w:t>Dear [Employee name],</w:t>
      </w:r>
    </w:p>
    <w:p>
      <w:r/>
    </w:p>
    <w:p>
      <w:r>
        <w:t>Thank you for your time with [Company Name]. As your employment</w:t>
      </w:r>
    </w:p>
    <w:p>
      <w:r>
        <w:t>[ended / ends] on [date], please return the company property listed below.</w:t>
      </w:r>
    </w:p>
    <w:p>
      <w:r>
        <w:t>Our records show it was issued to you on the dates shown.</w:t>
      </w:r>
    </w:p>
    <w:p>
      <w:r/>
    </w:p>
    <w:p>
      <w:r>
        <w:t>Item                Serial number       Date issued        Value</w:t>
      </w:r>
    </w:p>
    <w:p>
      <w:r>
        <w:t>1. ______________   ______________      ______________     ______________</w:t>
      </w:r>
    </w:p>
    <w:p>
      <w:r>
        <w:t>2. ______________   ______________      ______________     ______________</w:t>
      </w:r>
    </w:p>
    <w:p>
      <w:r>
        <w:t>3. ______________   ______________      ______________     ______________</w:t>
      </w:r>
    </w:p>
    <w:p>
      <w:r/>
    </w:p>
    <w:p>
      <w:r>
        <w:t>(Include chargers, cables, cases, ID badges, keys and other accessories.)</w:t>
      </w:r>
    </w:p>
    <w:p>
      <w:r/>
    </w:p>
    <w:p>
      <w:r>
        <w:t>Please return everything by [date, 7 to 14 days from today].</w:t>
      </w:r>
    </w:p>
    <w:p>
      <w:r/>
    </w:p>
    <w:p>
      <w:r>
        <w:t>How to return it: [We have sent you a box with a prepaid shipping label</w:t>
      </w:r>
    </w:p>
    <w:p>
      <w:r>
        <w:t>and tape inside. Pack the items, seal the box and drop it at any</w:t>
      </w:r>
    </w:p>
    <w:p>
      <w:r>
        <w:t>[courier] location. / We will arrange a courier collection from your</w:t>
      </w:r>
    </w:p>
    <w:p>
      <w:r>
        <w:t>address on a date that suits you. Reply to this letter to book it. /</w:t>
      </w:r>
    </w:p>
    <w:p>
      <w:r>
        <w:t>Bring the items to [office address] between [times].]</w:t>
      </w:r>
    </w:p>
    <w:p>
      <w:r/>
    </w:p>
    <w:p>
      <w:r>
        <w:t>Please do not reset or wipe any devices. We will remove your access</w:t>
      </w:r>
    </w:p>
    <w:p>
      <w:r>
        <w:t>and any personal files you tell us about once the items are back.</w:t>
      </w:r>
    </w:p>
    <w:p>
      <w:r/>
    </w:p>
    <w:p>
      <w:r>
        <w:t>If you have any questions, or if anything on this list is wrong,</w:t>
      </w:r>
    </w:p>
    <w:p>
      <w:r>
        <w:t>contact [name] at [email or phone].</w:t>
      </w:r>
    </w:p>
    <w:p>
      <w:r/>
    </w:p>
    <w:p>
      <w:r>
        <w:t>Thank you,</w:t>
      </w:r>
    </w:p>
    <w:p>
      <w:r/>
    </w:p>
    <w:p>
      <w:r>
        <w:t>____________________</w:t>
      </w:r>
    </w:p>
    <w:p>
      <w:r>
        <w:t>[Name], [Job title]</w:t>
      </w:r>
    </w:p>
    <w:p>
      <w:r>
        <w:t>[Company Name]</w:t>
      </w:r>
    </w:p>
    <w:p>
      <w:r/>
    </w:p>
    <w:p>
      <w:r/>
    </w:p>
    <w:p>
      <w:r>
        <w:br w:type="page"/>
      </w:r>
      <w:r>
        <w:rPr>
          <w:b/>
        </w:rPr>
        <w:t>LETTER 2: FINAL NOTICE</w:t>
      </w:r>
    </w:p>
    <w:p>
      <w:r/>
    </w:p>
    <w:p>
      <w:r>
        <w:t>[Company Name]</w:t>
      </w:r>
    </w:p>
    <w:p>
      <w:r>
        <w:t>[Company address]</w:t>
      </w:r>
    </w:p>
    <w:p>
      <w:r/>
    </w:p>
    <w:p>
      <w:r>
        <w:t>Date: ______________</w:t>
      </w:r>
    </w:p>
    <w:p>
      <w:r/>
    </w:p>
    <w:p>
      <w:r>
        <w:t>To: [Employee name]</w:t>
      </w:r>
    </w:p>
    <w:p>
      <w:r>
        <w:t>[Employee address]</w:t>
      </w:r>
    </w:p>
    <w:p>
      <w:r/>
    </w:p>
    <w:p>
      <w:r>
        <w:t>Re: Final notice, return of company property</w:t>
      </w:r>
    </w:p>
    <w:p>
      <w:r/>
    </w:p>
    <w:p>
      <w:r>
        <w:t>Dear [Employee name],</w:t>
      </w:r>
    </w:p>
    <w:p>
      <w:r/>
    </w:p>
    <w:p>
      <w:r>
        <w:t>On [date of first letter] we asked you to return the company property</w:t>
      </w:r>
    </w:p>
    <w:p>
      <w:r>
        <w:t>listed below by [first deadline]. We have not received it.</w:t>
      </w:r>
    </w:p>
    <w:p>
      <w:r/>
    </w:p>
    <w:p>
      <w:r>
        <w:t>Item                Serial number       Date issued        Value</w:t>
      </w:r>
    </w:p>
    <w:p>
      <w:r>
        <w:t>1. ______________   ______________      ______________     ______________</w:t>
      </w:r>
    </w:p>
    <w:p>
      <w:r>
        <w:t>2. ______________   ______________      ______________     ______________</w:t>
      </w:r>
    </w:p>
    <w:p>
      <w:r>
        <w:t>3. ______________   ______________      ______________     ______________</w:t>
      </w:r>
    </w:p>
    <w:p>
      <w:r/>
    </w:p>
    <w:p>
      <w:r>
        <w:t>This property belongs to [Company Name]. Please return it by</w:t>
      </w:r>
    </w:p>
    <w:p>
      <w:r>
        <w:t>[date, 7 days from today] using [return method from the first letter].</w:t>
      </w:r>
    </w:p>
    <w:p>
      <w:r/>
    </w:p>
    <w:p>
      <w:r>
        <w:t>If the items are not returned by that date, we will invoice you for</w:t>
      </w:r>
    </w:p>
    <w:p>
      <w:r>
        <w:t>their value, a total of [amount], and may take further steps to</w:t>
      </w:r>
    </w:p>
    <w:p>
      <w:r>
        <w:t>recover them or their value, which can include legal action.</w:t>
      </w:r>
    </w:p>
    <w:p>
      <w:r/>
    </w:p>
    <w:p>
      <w:r>
        <w:t>If you believe you have already returned some of these items, or that</w:t>
      </w:r>
    </w:p>
    <w:p>
      <w:r>
        <w:t>any are listed in error, contact [name] at [email or phone] before</w:t>
      </w:r>
    </w:p>
    <w:p>
      <w:r>
        <w:t>[date] so we can check our records.</w:t>
      </w:r>
    </w:p>
    <w:p>
      <w:r/>
    </w:p>
    <w:p>
      <w:r>
        <w:t>Sincerely,</w:t>
      </w:r>
    </w:p>
    <w:p>
      <w:r/>
    </w:p>
    <w:p>
      <w:r>
        <w:t>____________________</w:t>
      </w:r>
    </w:p>
    <w:p>
      <w:r>
        <w:t>[Name], [Job title]</w:t>
      </w:r>
    </w:p>
    <w:p>
      <w:r>
        <w:t>[Company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ourier New" w:hAnsi="Courier New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of Company Property Letter</dc:title>
  <dc:subject/>
  <dc:creator>AssetJay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