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6"/>
        </w:rPr>
        <w:t>EQUIPMENT LOAN AGREEMENT</w:t>
      </w:r>
    </w:p>
    <w:p>
      <w:r/>
    </w:p>
    <w:p>
      <w:r>
        <w:t>Lender: [Company Name]                 Borrower: [Company / Person]</w:t>
      </w:r>
    </w:p>
    <w:p>
      <w:r>
        <w:t>Lender contact: ______________          Borrower contact: ______________</w:t>
      </w:r>
    </w:p>
    <w:p>
      <w:r>
        <w:t>Date: ______________                    Purpose of loan: ______________</w:t>
      </w:r>
    </w:p>
    <w:p>
      <w:r/>
    </w:p>
    <w:p>
      <w:r>
        <w:rPr>
          <w:b/>
        </w:rPr>
        <w:t>EQUIPMENT ON LOAN</w:t>
      </w:r>
    </w:p>
    <w:p>
      <w:r/>
    </w:p>
    <w:p>
      <w:r>
        <w:t>Item                Serial number       Condition out      Replacement value</w:t>
      </w:r>
    </w:p>
    <w:p>
      <w:r>
        <w:t>1. ______________   ______________      ______________     ______________</w:t>
      </w:r>
    </w:p>
    <w:p>
      <w:r>
        <w:t>2. ______________   ______________      ______________     ______________</w:t>
      </w:r>
    </w:p>
    <w:p>
      <w:r>
        <w:t>3. ______________   ______________      ______________     ______________</w:t>
      </w:r>
    </w:p>
    <w:p>
      <w:r/>
    </w:p>
    <w:p>
      <w:r>
        <w:t>(List chargers, cables, cases and accessories too.)</w:t>
      </w:r>
    </w:p>
    <w:p>
      <w:r/>
    </w:p>
    <w:p>
      <w:r>
        <w:rPr>
          <w:b/>
        </w:rPr>
        <w:t>LOAN PERIOD</w:t>
      </w:r>
    </w:p>
    <w:p>
      <w:r/>
    </w:p>
    <w:p>
      <w:r>
        <w:t>Start date: ______________   Return by: ______________</w:t>
      </w:r>
    </w:p>
    <w:p>
      <w:r>
        <w:t>The Lender may agree in writing (email is fine) to extend the loan.</w:t>
      </w:r>
    </w:p>
    <w:p>
      <w:r/>
    </w:p>
    <w:p>
      <w:r>
        <w:rPr>
          <w:b/>
        </w:rPr>
        <w:t>TERMS</w:t>
      </w:r>
    </w:p>
    <w:p>
      <w:r/>
    </w:p>
    <w:p>
      <w:r>
        <w:t>1. Ownership. The equipment stays the property of the Lender. The Borrower</w:t>
      </w:r>
    </w:p>
    <w:p>
      <w:r>
        <w:t xml:space="preserve">   may use it only for the purpose above.</w:t>
      </w:r>
    </w:p>
    <w:p>
      <w:r/>
    </w:p>
    <w:p>
      <w:r>
        <w:t>2. Use and care. The Borrower will use the equipment as intended, keep it</w:t>
      </w:r>
    </w:p>
    <w:p>
      <w:r>
        <w:t xml:space="preserve">   secure, and not modify, open or repair it.</w:t>
      </w:r>
    </w:p>
    <w:p>
      <w:r/>
    </w:p>
    <w:p>
      <w:r>
        <w:t>3. No lending on. The Borrower will not lend, rent or hand the equipment</w:t>
      </w:r>
    </w:p>
    <w:p>
      <w:r>
        <w:t xml:space="preserve">   to anyone outside their own organisation without the Lender's written</w:t>
      </w:r>
    </w:p>
    <w:p>
      <w:r>
        <w:t xml:space="preserve">   permission.</w:t>
      </w:r>
    </w:p>
    <w:p>
      <w:r/>
    </w:p>
    <w:p>
      <w:r>
        <w:t>4. Loss and damage. [Choose one and delete the other]</w:t>
      </w:r>
    </w:p>
    <w:p>
      <w:r/>
    </w:p>
    <w:p>
      <w:r>
        <w:t xml:space="preserve">   Option A: The Borrower pays for repair or the replacement value listed</w:t>
      </w:r>
    </w:p>
    <w:p>
      <w:r>
        <w:t xml:space="preserve">   above if the equipment is lost, stolen or damaged beyond normal wear.</w:t>
      </w:r>
    </w:p>
    <w:p>
      <w:r/>
    </w:p>
    <w:p>
      <w:r>
        <w:t xml:space="preserve">   Option B: The Lender covers accidental damage. The Borrower pays only</w:t>
      </w:r>
    </w:p>
    <w:p>
      <w:r>
        <w:t xml:space="preserve">   for loss, theft or damage caused by misuse or negligence.</w:t>
      </w:r>
    </w:p>
    <w:p>
      <w:r/>
    </w:p>
    <w:p>
      <w:r>
        <w:t>5. Insurance. [The Borrower's / The Lender's] insurance covers the</w:t>
      </w:r>
    </w:p>
    <w:p>
      <w:r>
        <w:t xml:space="preserve">   equipment while it is on loan.</w:t>
      </w:r>
    </w:p>
    <w:p>
      <w:r/>
    </w:p>
    <w:p>
      <w:r>
        <w:t>6. Problems. The Borrower tells the Lender within [2] business days if</w:t>
      </w:r>
    </w:p>
    <w:p>
      <w:r>
        <w:t xml:space="preserve">   the equipment is lost, stolen, damaged or stops working.</w:t>
      </w:r>
    </w:p>
    <w:p>
      <w:r/>
    </w:p>
    <w:p>
      <w:r>
        <w:t>7. Return. The Borrower returns all equipment and accessories by the</w:t>
      </w:r>
    </w:p>
    <w:p>
      <w:r>
        <w:t xml:space="preserve">   return date, in the condition it went out, minus normal wear.</w:t>
      </w:r>
    </w:p>
    <w:p>
      <w:r>
        <w:t xml:space="preserve">   [The Lender / The Borrower] pays for shipping.</w:t>
      </w:r>
    </w:p>
    <w:p>
      <w:r/>
    </w:p>
    <w:p>
      <w:r>
        <w:t>8. Data. The Borrower removes their own data before returning the</w:t>
      </w:r>
    </w:p>
    <w:p>
      <w:r>
        <w:t xml:space="preserve">   equipment. The Lender may wipe it on return.</w:t>
      </w:r>
    </w:p>
    <w:p>
      <w:r/>
    </w:p>
    <w:p>
      <w:r>
        <w:t>9. Not returned. If the equipment is not returned within [10] business</w:t>
      </w:r>
    </w:p>
    <w:p>
      <w:r>
        <w:t xml:space="preserve">   days of the return date, the Lender may invoice the Borrower for the</w:t>
      </w:r>
    </w:p>
    <w:p>
      <w:r>
        <w:t xml:space="preserve">   replacement value listed above.</w:t>
      </w:r>
    </w:p>
    <w:p>
      <w:r/>
    </w:p>
    <w:p>
      <w:r>
        <w:rPr>
          <w:b/>
        </w:rPr>
        <w:t>SIGNATURES</w:t>
      </w:r>
    </w:p>
    <w:p>
      <w:r/>
    </w:p>
    <w:p>
      <w:r>
        <w:t>Signed for the Lender: ____________________  Date: ____________</w:t>
      </w:r>
    </w:p>
    <w:p>
      <w:r>
        <w:t>Name: ____________________</w:t>
      </w:r>
    </w:p>
    <w:p>
      <w:r/>
    </w:p>
    <w:p>
      <w:r>
        <w:t>Signed for the Borrower: __________________  Date: ____________</w:t>
      </w:r>
    </w:p>
    <w:p>
      <w:r>
        <w:t>Name: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ourier New" w:hAnsi="Courier New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Equipment Loan Agreement</dc:title>
  <dc:subject/>
  <dc:creator>AssetJay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